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בוט מלווה למשימה בהערכה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תפקידו של בוט מלווה למידה במשימת הערכה 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בניית הבוט ואת הכללים שהוא פועל לפיהם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מכוונות ומשוב בונה במקום מתן תשובות מוכנות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לתלמיד לתכנן, לחשוב ולתעד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לסרב בעדינות ולהציע דרך 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הבוט מכוון את התלמיד בשאלות ולא כותב עבורו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הוא יכול להתאים את השאלות לשלב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התלמיד חייב לתעד ביומן העבודה מה עשה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שלבי התלמיד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(תלמיד שטרם החל לעבוד על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(תלמיד שגיבש מחשבה ראשונית אך עוד לא פיתח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(תלמיד שאוסף מידע ובודק 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(תלמיד שכתב גרסה ראשונה של העבודה)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כלי ליצירת בוט מותאם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מדביקים את הוראות הבוט וממלאים את מה שבסוגריים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מעלים קבצי ידע כמו דף המשימה והמחוון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את הבוט כמו תלמיד ומבקשים ממנו לכתוב את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הבוט לא כותב עבודה סופית, לא מנסח פסקאות מוכנות ולא נותן 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כבר טוב, מה דורש שיפור, מה הצעד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לשקף את התהליך האישי ולהבטיח שהתרומה והלמידה הן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שיחה קצרה עם בוט כזה כדי להמחיש את ההבדל בין עזרה לבין כתיבה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לשלבי העבודה לדיון על תהליך הלמידה האישי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מהתלמידים לנמק מדוע השאלות שכתבו הן מכוונות ולא נותנות תשובה מוכנה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בוט מלווה למשימה בהערכה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בוט מלווה למידה שנבנה כדי לעזור לתלמידים במשימת הערכה חלופית. הבוט מסייע לתכנן, לחשוב, לבדוק ולתעד – אבל לא כותב את העבודה במקום התלמיד.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סופית  ·  מלווה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תפקידו העיקרי של הבוט המלווה?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את העבודה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לעזור לתלמיד לתכנן, לחשוב ולתעד את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לתת לתלמיד ציון סופי על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על הבוט לעשות אם התלמיד מבקש ממנו "תכתוב לי את העבודה"?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את העבודה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לסרב בעדינות ולהציע דרך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להתעלם מהבקשה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הבוט כותב את העבודה הסופית במקום התלמיד.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בתחילת השיחה הבוט שואל את התלמיד באיזה שלב הוא נמצא.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 לא צריך לתעד דבר על השימוש שלו ב-AI.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הבוט __________ את התלמיד במשימת ההערכה החלופית ולא עושה את העבודה במקומו.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אסור לבוט לתת לתלמיד תשובה __________ מוכנה להגשה.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שלבי התלמיד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עוד לא התחלתי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תלמיד שכתב גרסה ראשונה של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 לי רעיון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תלמיד שאוסף מידע ובודק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אני בשלב 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תלמיד שטרם החל לעבוד על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יש לי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תלמיד שגיבש מחשבה ראשונית אך עוד לא פיתח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הבוט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את הבוט כמו תלמיד ומבקשים ממנו לכתוב את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מעלים קבצי ידע כמו דף המשימה והמחוון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פותחים כלי ליצירת בוט מותאם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מדביקים את הוראות הבוט וממלאים את מה שבסוגריים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אסור לבוט המלווה לעשות עבור התלמיד?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חלקי המשוב שהבוט נותן על טיוטה?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בוט מלווה למשימה בהערכה חלופית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