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בוט מלווה למשימה בהערכה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תפקידו של בוט מלווה למידה במשימת הערכה 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בניית הבוט ואת הכללים שהוא פועל לפיהם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מכוונות ומשוב בונה במקום מתן תשובות מוכנות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לעזור לתלמיד לתכנן, לחשוב ולתעד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לסרב בעדינות ולהציע דרך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כבר טוב, מה דורש שיפור, מה הצעד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רמת השימוש המותר בבינה מלאכותית במשימה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הבוט מכוון את התלמיד בשאלות ולא כותב עבורו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הוא יכול להתאים את השאלות לשלב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התלמיד חייב לתעד ביומן העבודה מה עשה ולמה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מתפתחת חשיבה עצמאית אצל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פרומפטים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שלבי התלמיד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(תלמיד שטרם החל לעבוד על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(תלמיד שגיבש מחשבה ראשונית אך עוד לא פיתח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(תלמיד שאוסף מידע ובודק 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(תלמיד שכתב גרסה ראשונה של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(תלמיד שסיים וממתין לבדוק את התוצר לפני מסירה)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כלי ליצירת בוט מותאם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מדביקים את הוראות הבוט וממלאים את מה שבסוגריים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מעלים קבצי ידע כמו דף המשימה והמחוון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את הבוט כמו תלמיד ומבקשים ממנו לכתוב את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משתפים קישור לבוט עם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בוט מלווה שואל שאלות ומכוון את התלמיד לחשוב בעצמו, בעוד שבוט שכותב במקום התלמיד מספק תשובה מוכנה שאין בה למידה אמיתית.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הבוט לא כותב עבודה סופית, לא מנסח פסקאות מוכנות ולא נותן 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כבר טוב, מה דורש שיפור, מה הצעד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לשקף את התהליך האישי ולהבטיח שהתרומה והלמידה הן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שיחה קצרה עם בוט כזה כדי להמחיש את ההבדל בין עזרה לבין כתיבה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לשלבי העבודה לדיון על תהליך הלמידה האישי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מהתלמידים לנמק מדוע השאלות שכתבו הן מכוונות ולא נותנות תשובה מוכנה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בוט מלווה למשימה בהערכה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בוט שעוזר לתלמידים לעבוד על משימה. הבוט שואל שאלות ועוזר לחשוב. הבוט לא כותב את העבודה בשביל התלמיד.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בוט מלווה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תוכנת שיחה שמסייעת לתלמיד לחשוב ולתכנן, בלי לעשות עבורו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להעריך למידה שאינה מבחן רגיל, למשל עבודה או תוצר יצירתי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שמגדירה כמה מותר להשתמש בבינה מלאכותית במשימה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עבודה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שבו התלמיד מתעד איך ולמה השתמש בכלי בינה מלאכותית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הוראה או בקשה שכותבים לבוט כדי לקבל ממנו תגובה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ראשונית ולא סופית של עבודה או תוצר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והתבוננות של התלמיד על התהליך והלמידה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מכוונת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שמטרתה לעזור לתלמיד לחשוב בעצמו, ולא לתת לו 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הבוט עושה בשביל התלמיד?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העבודה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לתלמיד לתכנן, לחשוב ולתעד את התהליך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לתלמיד ציון סופי על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להמציא מקורות מידע עבור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כשהתלמיד מבקש מהבוט לכתוב במקומו?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העבודה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לסרב בעדינות ולהציע דרך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מהבקשה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מורה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שלבים מוצעים בתהליך בניית הבוט?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מהם שלושת חלקי המשוב שהבוט נותן על טיוטה?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ציון, הערה, 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כבר טוב, מה דורש שיפור, מה הצעד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התלמיד, תאריך,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שאלה, תשובה,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רמת AIAS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השימוש המותר בבינה מלאכותית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התוצר הסופי שהתלמיד מגיש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הבוט שנבחר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לבדיקת ציונים אוטומטי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הבוט כותב את העבודה הסופית במקום התלמיד.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השיחה הבוט שואל את התלמיד באיזה שלב הוא נמצא.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לא צריך לתעד דבר על השימוש שלו ב-AI.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הבוט מבקש מהתלמיד לנסח בעצמו את הרעיון או הטענה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הבוט __________ את התלמיד במשימת ההערכה החלופית ולא עושה את העבודה במקומו.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אסור לבוט לתת לתלמיד תשובה __________ מוכנה להגשה.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בסיום כל שיחה הבוט שואל שאלה __________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 חייב לתעד ביומן העבודה אילו __________ כתב לבוט.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הבוט נותן תשובות מוכנות מדי, מדביקים לו את פרומפט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שלבי התלמיד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עוד לא התחלתי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תלמיד שגיבש מחשבה ראשונית אך עוד לא פיתח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לי רעיון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תלמיד שאוסף מידע ובודק 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אני בשלב 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תלמיד שכתב גרסה ראשונה של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 לי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 שסיים וממתין לבדוק את התוצר לפני מסירה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אני לפני הגשה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תלמיד שטרם החל לעבוד על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הבוט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מעלים קבצי ידע כמו דף המשימה והמחוון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קישור לבוט עם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הבוט כמו תלמיד ומבקשים ממנו לכתוב את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כלי ליצירת בוט מותאם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הוראות הבוט וממלאים את מה שבסוגריים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בוט מלווה לבוט שכותב עבודה במקום התלמיד? כתבו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לבוט המלווה לעשות עבור התלמיד?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המשוב שהבוט נותן על טיוטה?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שהתלמיד יתעד ביומן העבודה את השימוש שלו ב-AI?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בוט מלווה למשימה בהערכה חלופית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