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תפקידו של בוט מלווה למידה במשימת 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בניית הבוט ואת הכללים שהוא פועל לפיהם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מכוונות ומשוב בונה במקום מתן תשובות מוכנות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לתלמיד לתכנן, לחשוב ולתעד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בעדינות ולהציע דרך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כבר טוב, מה דורש שיפור, מה הצעד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רמת השימוש המותר בבינה מלאכותית במשימה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הבוט מכוון את התלמיד בשאלות ולא כותב עבורו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יכול להתאים את השאלות לשלב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התלמיד חייב לתעד ביומן העבודה מה עשה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מתפתחת חשיבה עצמאית אצל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פרומפטים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שלבי התלמיד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שטרם החל לעבוד על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 שגיבש מחשבה ראשונית אך עוד לא פיתח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(תלמיד שאוסף מידע ובודק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(תלמיד שכתב גרסה ראשונה של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(תלמיד שסיים וממתין לבדוק את התוצר לפני מסירה)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כלי ליצירת בוט מותאם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הוראות הבוט וממלאים את מה שבסוגריים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מעלים קבצי ידע כמו דף המשימה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הבוט כמו תלמיד ומבקשים ממנו לכתוב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 קישור לבוט עם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בוט מלווה שואל שאלות ומכוון את התלמיד לחשוב בעצמו, בעוד שבוט שכותב במקום התלמיד מספק תשובה מוכנה שאין בה למידה אמיתית.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הבוט לא כותב עבודה סופית, לא מנסח פסקאות מוכנות ולא נותן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כבר טוב, מה דורש שיפור, מה הצעד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לשקף את התהליך האישי ולהבטיח שהתרומה והלמידה הן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שיחה קצרה עם בוט כזה כדי להמחיש את ההבדל בין עזרה לבין כתיבה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לשלבי העבודה לדיון על תהליך הלמידה האישי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לנמק מדוע השאלות שכתבו הן מכוונות ולא נותנות תשובה מוכנה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בוט מלווה למידה שנבנה כדי לעזור לתלמידים במשימת הערכה חלופית. הבוט מסייע לתכנן, לחשוב, לבדוק ולתעד – אבל לא כותב את העבודה במקום התלמיד.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תפקידו העיקרי של הבוט המלווה?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לתלמיד לתכנן, לחשוב ולתעד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לתלמיד ציון סופי על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להמציא מקורות מידע עבור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 הבוט לעשות אם התלמיד מבקש ממנו "תכתוב לי את העבודה"?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בעדינות ולהציע דרך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מהבקשה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מורה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מוצעים בתהליך בניית הבוט?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שלושת חלקי המשוב שהבוט נותן על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ציון, הערה,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כבר טוב, מה דורש שיפור, מה הצעד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התלמיד, תאריך,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רמת AIAS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השימוש המותר בבינה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התוצר הסופי שהתלמיד מגיש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הבוט שנבחר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לבדיקת ציונים אוטומטי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הבוט כותב את העבודה הסופית במקום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השיחה הבוט שואל את התלמיד באיזה שלב הוא נמצא.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לא צריך לתעד דבר על השימוש שלו ב-AI.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הבוט מבקש מהתלמיד לנסח בעצמו את הרעיון או הטענה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הבוט __________ את התלמיד במשימת ההערכה החלופית ולא עושה את העבודה במקומו.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אסור לבוט לתת לתלמיד תשובה __________ מוכנה להגשה.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כל שיחה הבוט שואל שאלה __________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 חייב לתעד ביומן העבודה אילו __________ כתב לבוט.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הבוט נותן תשובות מוכנות מדי, מדביקים לו את פרומפט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שלבי התלמיד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 לא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תלמיד שסיים וממתין לבדוק את התוצר לפני מסירה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רעיון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 שטרם החל לעבוד על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בשלב 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 שכתב גרסה ראשונה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שגיבש מחשבה ראשונית אך עוד לא פיתח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לפני הגשה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 שאוסף מידע ובודק 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הבוט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הוראות הבוט וממלאים את מה שבסוגריים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קישור לבוט עם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הבוט כמו תלמיד ומבקשים ממנו לכתוב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כלי ליצירת בוט מותאם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מעלים קבצי ידע כמו דף המשימה והמחוון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בוט מלווה לבוט שכותב עבודה במקום התלמיד? כתבו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המלווה לעשות עבור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המשוב שהבוט נותן על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שהתלמיד יתעד ביומן העבודה את השימוש שלו ב-AI?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בוט מלווה למשימה בהערכה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